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773" w:rsidRPr="00607773" w:rsidRDefault="00607773" w:rsidP="00607773">
      <w:pPr>
        <w:spacing w:after="80"/>
        <w:jc w:val="center"/>
        <w:rPr>
          <w:color w:val="002060"/>
        </w:rPr>
      </w:pPr>
      <w:proofErr w:type="spellStart"/>
      <w:r w:rsidRPr="00607773">
        <w:rPr>
          <w:rFonts w:ascii="Times New Roman" w:hAnsi="Times New Roman"/>
          <w:b/>
          <w:color w:val="002060"/>
          <w:sz w:val="28"/>
        </w:rPr>
        <w:t>StoryBridge</w:t>
      </w:r>
      <w:proofErr w:type="spellEnd"/>
      <w:r w:rsidRPr="00607773">
        <w:rPr>
          <w:rFonts w:ascii="Times New Roman" w:hAnsi="Times New Roman"/>
          <w:b/>
          <w:color w:val="002060"/>
          <w:sz w:val="28"/>
        </w:rPr>
        <w:t xml:space="preserve"> '26</w:t>
      </w:r>
    </w:p>
    <w:p w:rsidR="00607773" w:rsidRPr="00607773" w:rsidRDefault="00607773" w:rsidP="00607773">
      <w:pPr>
        <w:spacing w:after="40"/>
        <w:jc w:val="center"/>
        <w:rPr>
          <w:color w:val="002060"/>
        </w:rPr>
      </w:pPr>
      <w:r w:rsidRPr="00607773">
        <w:rPr>
          <w:rFonts w:ascii="Times New Roman" w:hAnsi="Times New Roman"/>
          <w:b/>
          <w:color w:val="002060"/>
        </w:rPr>
        <w:t>I. ULUSLARARASI MEDENİYETLER ARASI KÖPRÜ OLARA</w:t>
      </w:r>
      <w:r>
        <w:rPr>
          <w:rFonts w:ascii="Times New Roman" w:hAnsi="Times New Roman"/>
          <w:b/>
          <w:color w:val="002060"/>
        </w:rPr>
        <w:t xml:space="preserve">K HİKAYE ANLATICILIĞI KONGRESİ: </w:t>
      </w:r>
      <w:r w:rsidRPr="00607773">
        <w:rPr>
          <w:rFonts w:ascii="Times New Roman" w:hAnsi="Times New Roman"/>
          <w:b/>
          <w:color w:val="002060"/>
        </w:rPr>
        <w:t>İPEK YOLU</w:t>
      </w:r>
      <w:r w:rsidRPr="00607773">
        <w:rPr>
          <w:b/>
          <w:color w:val="002060"/>
        </w:rPr>
        <w:t>’</w:t>
      </w:r>
      <w:r w:rsidRPr="00607773">
        <w:rPr>
          <w:rFonts w:ascii="Times New Roman" w:hAnsi="Times New Roman"/>
          <w:b/>
          <w:color w:val="002060"/>
        </w:rPr>
        <w:t>NDAN KARAYİPLER'E</w:t>
      </w:r>
    </w:p>
    <w:p w:rsidR="00607773" w:rsidRPr="00607773" w:rsidRDefault="00607773" w:rsidP="00607773">
      <w:pPr>
        <w:spacing w:after="120" w:line="240" w:lineRule="auto"/>
        <w:jc w:val="center"/>
        <w:rPr>
          <w:rFonts w:ascii="Times New Roman" w:hAnsi="Times New Roman"/>
          <w:b/>
          <w:color w:val="002060"/>
          <w:sz w:val="24"/>
        </w:rPr>
      </w:pPr>
      <w:r w:rsidRPr="00607773">
        <w:rPr>
          <w:rFonts w:ascii="Times New Roman" w:hAnsi="Times New Roman"/>
          <w:i/>
          <w:color w:val="002060"/>
          <w:sz w:val="20"/>
        </w:rPr>
        <w:t>--- BİLDİRİ ÖZETİ BAŞVURU ŞABLONU ---</w:t>
      </w:r>
    </w:p>
    <w:p w:rsidR="00607773" w:rsidRDefault="00607773">
      <w:pPr>
        <w:spacing w:after="120" w:line="240" w:lineRule="auto"/>
        <w:rPr>
          <w:rFonts w:ascii="Times New Roman" w:hAnsi="Times New Roman"/>
          <w:b/>
          <w:sz w:val="24"/>
        </w:rPr>
      </w:pPr>
    </w:p>
    <w:p w:rsidR="005B7817" w:rsidRDefault="00F403DE">
      <w:pPr>
        <w:spacing w:after="120" w:line="240" w:lineRule="auto"/>
      </w:pPr>
      <w:r>
        <w:rPr>
          <w:rFonts w:ascii="Times New Roman" w:hAnsi="Times New Roman"/>
          <w:b/>
          <w:sz w:val="24"/>
        </w:rPr>
        <w:t>ENGLISH PAPER TITLE HERE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i/>
          <w:sz w:val="24"/>
        </w:rPr>
        <w:t>(TIMES NEW ROMAN, 12 PT, BOLD, ALL CAPS)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b/>
          <w:sz w:val="24"/>
        </w:rPr>
        <w:t>Prof. Dr. Firstname SURNAME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i/>
          <w:sz w:val="24"/>
        </w:rPr>
        <w:t>(Academic Title, Name SURNAME should be 12 pt, Times New Roman, Bold)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sz w:val="24"/>
        </w:rPr>
        <w:t>University / Institution Name, Faculty / Department Name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i/>
          <w:sz w:val="24"/>
        </w:rPr>
        <w:t>(Institution name should be 12 pt,</w:t>
      </w:r>
      <w:r>
        <w:rPr>
          <w:rFonts w:ascii="Times New Roman" w:hAnsi="Times New Roman"/>
          <w:i/>
          <w:sz w:val="24"/>
        </w:rPr>
        <w:t xml:space="preserve"> Times New Roman)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sz w:val="24"/>
        </w:rPr>
        <w:t>ORCID ID: https://orcid.org/0000-0000-0000-0000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sz w:val="24"/>
        </w:rPr>
        <w:t>email@address.com, +90 5XX XXX XX XX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i/>
          <w:sz w:val="24"/>
        </w:rPr>
        <w:t xml:space="preserve">(Your phone number and email address will be removed during the publication stage and will not be shared with third parties. All notifications regarding </w:t>
      </w:r>
      <w:r>
        <w:rPr>
          <w:rFonts w:ascii="Times New Roman" w:hAnsi="Times New Roman"/>
          <w:i/>
          <w:sz w:val="24"/>
        </w:rPr>
        <w:t>the process will be made via SMS and email.)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i/>
          <w:sz w:val="24"/>
        </w:rPr>
        <w:t>(If present, 2nd Author / Co-Presenter can be added as shown in the example above)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sz w:val="24"/>
        </w:rPr>
        <w:t>_________________________________________________________________________________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b/>
          <w:sz w:val="24"/>
        </w:rPr>
        <w:t>Abstract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sz w:val="24"/>
        </w:rPr>
        <w:t>In this template, the congress format</w:t>
      </w:r>
      <w:r>
        <w:rPr>
          <w:rFonts w:ascii="Times New Roman" w:hAnsi="Times New Roman"/>
          <w:sz w:val="24"/>
        </w:rPr>
        <w:t>ting requirements for StoryBridge '26 (I. International Congress on Storytelling as a Bridge Between Civilizations) are described. The abstract should be at least 300 words, including spaces, and summarize the main objectives, methodology, findings, and co</w:t>
      </w:r>
      <w:r>
        <w:rPr>
          <w:rFonts w:ascii="Times New Roman" w:hAnsi="Times New Roman"/>
          <w:sz w:val="24"/>
        </w:rPr>
        <w:t>nclusions of the paper. Font should be Times New Roman, font size 12 pt. Page Margins: Top, bottom, left and right margins must be set to 2.5 cm. Do not add extra paragraph spacing beyond 6 pt before/after. All papers should be written as *.doc or *.docx f</w:t>
      </w:r>
      <w:r>
        <w:rPr>
          <w:rFonts w:ascii="Times New Roman" w:hAnsi="Times New Roman"/>
          <w:sz w:val="24"/>
        </w:rPr>
        <w:t>ormat and submitted to the official conference email address.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sz w:val="24"/>
        </w:rPr>
        <w:t>Keywords: Storytelling, Silk Road, Caribbean, Oral Tradition, Cultural Diplomacy. (3-6 words)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b/>
          <w:sz w:val="24"/>
        </w:rPr>
        <w:br/>
        <w:t xml:space="preserve">--- TÜRKÇE BAŞLIK, ÖZET VE ANAHTAR KELİMELER </w:t>
      </w:r>
      <w:bookmarkStart w:id="0" w:name="_GoBack"/>
      <w:bookmarkEnd w:id="0"/>
    </w:p>
    <w:p w:rsidR="005B7817" w:rsidRDefault="00F403DE">
      <w:pPr>
        <w:spacing w:after="120" w:line="240" w:lineRule="auto"/>
      </w:pPr>
      <w:r>
        <w:rPr>
          <w:rFonts w:ascii="Times New Roman" w:hAnsi="Times New Roman"/>
          <w:b/>
          <w:sz w:val="24"/>
        </w:rPr>
        <w:t>BİLDİRİ BAŞLIĞI BURAYA YAZILM</w:t>
      </w:r>
      <w:r>
        <w:rPr>
          <w:rFonts w:ascii="Times New Roman" w:hAnsi="Times New Roman"/>
          <w:b/>
          <w:sz w:val="24"/>
        </w:rPr>
        <w:t>ALIDIR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i/>
          <w:sz w:val="24"/>
        </w:rPr>
        <w:t>(TIMES NEW ROMAN, 12 PT, BOLD, TÜMÜ BÜYÜK HARF)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b/>
          <w:sz w:val="24"/>
        </w:rPr>
        <w:t>Özet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sz w:val="24"/>
        </w:rPr>
        <w:t>Bu şablonda, StoryBridge '26 (I. Uluslararası Medeniyetler Arası Köprü Olarak Hikaye Anlatıcılığı Kongresi) formatlama gereksinimleri açıklanmıştır. Özet, boşluklar dahil en az 300 kelime olmalı v</w:t>
      </w:r>
      <w:r>
        <w:rPr>
          <w:rFonts w:ascii="Times New Roman" w:hAnsi="Times New Roman"/>
          <w:sz w:val="24"/>
        </w:rPr>
        <w:t xml:space="preserve">e çalışmanın amacını, yöntemini, bulgularını ve sonucunu kısaca özetlemelidir. Yazı tipi Times New Roman, yazı boyutu 12 pt olmalıdır. Sayfa kenar boşlukları: Üst, alt, sol ve </w:t>
      </w:r>
      <w:r>
        <w:rPr>
          <w:rFonts w:ascii="Times New Roman" w:hAnsi="Times New Roman"/>
          <w:sz w:val="24"/>
        </w:rPr>
        <w:lastRenderedPageBreak/>
        <w:t xml:space="preserve">sağ kenar boşlukları 2,5 cm olarak ayarlanmalıdır. Paragraf öncesi ve sonrası 6 </w:t>
      </w:r>
      <w:r>
        <w:rPr>
          <w:rFonts w:ascii="Times New Roman" w:hAnsi="Times New Roman"/>
          <w:sz w:val="24"/>
        </w:rPr>
        <w:t>nk, satır aralığı 'Tek' olarak ayarlanmalıdır. Tüm bildiriler *.doc veya *.docx formatında yazılmalı ve kongre web sitesinde belirtilen e-posta adresine gönderilmelidir.</w:t>
      </w:r>
    </w:p>
    <w:p w:rsidR="005B7817" w:rsidRDefault="00F403DE">
      <w:pPr>
        <w:spacing w:after="120" w:line="240" w:lineRule="auto"/>
      </w:pPr>
      <w:r>
        <w:rPr>
          <w:rFonts w:ascii="Times New Roman" w:hAnsi="Times New Roman"/>
          <w:sz w:val="24"/>
        </w:rPr>
        <w:t>Anahtar Kelimeler: Hikaye Anlatıcılığı, İpek Yolu, Karayipler, Sözlü Gelenek, Kültürel</w:t>
      </w:r>
      <w:r>
        <w:rPr>
          <w:rFonts w:ascii="Times New Roman" w:hAnsi="Times New Roman"/>
          <w:sz w:val="24"/>
        </w:rPr>
        <w:t xml:space="preserve"> Diplomasi. (3-6 kelime)</w:t>
      </w:r>
    </w:p>
    <w:sectPr w:rsidR="005B7817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3DE" w:rsidRDefault="00F403DE" w:rsidP="00607773">
      <w:pPr>
        <w:spacing w:after="0" w:line="240" w:lineRule="auto"/>
      </w:pPr>
      <w:r>
        <w:separator/>
      </w:r>
    </w:p>
  </w:endnote>
  <w:endnote w:type="continuationSeparator" w:id="0">
    <w:p w:rsidR="00F403DE" w:rsidRDefault="00F403DE" w:rsidP="00607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3DE" w:rsidRDefault="00F403DE" w:rsidP="00607773">
      <w:pPr>
        <w:spacing w:after="0" w:line="240" w:lineRule="auto"/>
      </w:pPr>
      <w:r>
        <w:separator/>
      </w:r>
    </w:p>
  </w:footnote>
  <w:footnote w:type="continuationSeparator" w:id="0">
    <w:p w:rsidR="00F403DE" w:rsidRDefault="00F403DE" w:rsidP="00607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B7817"/>
    <w:rsid w:val="00607773"/>
    <w:rsid w:val="00AA1D8D"/>
    <w:rsid w:val="00B47730"/>
    <w:rsid w:val="00CB0664"/>
    <w:rsid w:val="00F403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6F0EFA-B4CF-4539-9FDC-1C0CAA57B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Asus</cp:lastModifiedBy>
  <cp:revision>2</cp:revision>
  <dcterms:created xsi:type="dcterms:W3CDTF">2026-08-31T00:59:00Z</dcterms:created>
  <dcterms:modified xsi:type="dcterms:W3CDTF">2026-08-31T00:59:00Z</dcterms:modified>
</cp:coreProperties>
</file>