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shd w:val="clear" w:color="auto" w:fill="C0504D" w:themeFill="accent2"/>
        <w:tblLook w:val="04A0" w:firstRow="1" w:lastRow="0" w:firstColumn="1" w:lastColumn="0" w:noHBand="0" w:noVBand="1"/>
      </w:tblPr>
      <w:tblGrid>
        <w:gridCol w:w="9360"/>
      </w:tblGrid>
      <w:tr w:rsidR="003F7110" w:rsidTr="003716E9">
        <w:trPr>
          <w:jc w:val="center"/>
        </w:trPr>
        <w:tc>
          <w:tcPr>
            <w:tcW w:w="9360" w:type="dxa"/>
            <w:shd w:val="clear" w:color="auto" w:fill="C0504D" w:themeFill="accent2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3F7110" w:rsidRDefault="00DE2DAF">
            <w:pPr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  <w:t>CAPITAL ArtCom 2026: BROOKLYN DIALOGUES</w:t>
            </w:r>
            <w:r>
              <w:rPr>
                <w:rFonts w:ascii="Arial" w:hAnsi="Arial"/>
                <w:b/>
                <w:color w:val="FFFFFF"/>
                <w:sz w:val="24"/>
              </w:rPr>
              <w:br/>
              <w:t>ACADEMIC PAPER ABSTRACT SUBMISSION FORM</w:t>
            </w:r>
            <w:r>
              <w:rPr>
                <w:rFonts w:ascii="Arial" w:hAnsi="Arial"/>
                <w:b/>
                <w:color w:val="FFFFFF"/>
                <w:sz w:val="24"/>
              </w:rPr>
              <w:br/>
            </w:r>
            <w:r>
              <w:rPr>
                <w:rFonts w:ascii="Arial" w:hAnsi="Arial"/>
                <w:b/>
                <w:color w:val="D4AF37"/>
                <w:sz w:val="19"/>
              </w:rPr>
              <w:t>CAPITAL ArtCom 2026: BROOKLYN DİYALOGLARI</w:t>
            </w:r>
            <w:r>
              <w:rPr>
                <w:rFonts w:ascii="Arial" w:hAnsi="Arial"/>
                <w:b/>
                <w:color w:val="D4AF37"/>
                <w:sz w:val="19"/>
              </w:rPr>
              <w:br/>
              <w:t>AKADEMİK BİLDİRİ ÖZET BAŞVURU FORMU</w:t>
            </w:r>
          </w:p>
        </w:tc>
      </w:tr>
    </w:tbl>
    <w:p w:rsidR="003F7110" w:rsidRDefault="003F711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3F7110">
        <w:trPr>
          <w:jc w:val="center"/>
        </w:trPr>
        <w:tc>
          <w:tcPr>
            <w:tcW w:w="9360" w:type="dxa"/>
            <w:shd w:val="clear" w:color="auto" w:fill="F4F6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F7110" w:rsidRDefault="00DE2DAF">
            <w:r>
              <w:rPr>
                <w:b/>
                <w:color w:val="1A2B4C"/>
                <w:sz w:val="19"/>
              </w:rPr>
              <w:t>INSTRUCTIONS &amp; SUBMISSION GUIDE / AÇIKLAMA VE BAŞVURU REHBERİ</w:t>
            </w:r>
            <w:proofErr w:type="gramStart"/>
            <w:r>
              <w:rPr>
                <w:b/>
                <w:color w:val="1A2B4C"/>
                <w:sz w:val="19"/>
              </w:rPr>
              <w:t>:</w:t>
            </w:r>
            <w:proofErr w:type="gramEnd"/>
            <w:r>
              <w:rPr>
                <w:b/>
                <w:color w:val="1A2B4C"/>
                <w:sz w:val="19"/>
              </w:rPr>
              <w:br/>
            </w:r>
            <w:r>
              <w:rPr>
                <w:color w:val="323232"/>
                <w:sz w:val="18"/>
              </w:rPr>
              <w:t xml:space="preserve">• Please complete this form and </w:t>
            </w:r>
            <w:r>
              <w:rPr>
                <w:color w:val="323232"/>
                <w:sz w:val="18"/>
              </w:rPr>
              <w:t xml:space="preserve">submit it via email </w:t>
            </w:r>
            <w:r w:rsidRPr="003716E9">
              <w:rPr>
                <w:b/>
                <w:color w:val="323232"/>
                <w:sz w:val="18"/>
              </w:rPr>
              <w:t>to info@capitalconference.org.</w:t>
            </w:r>
            <w:r>
              <w:rPr>
                <w:color w:val="323232"/>
                <w:sz w:val="18"/>
              </w:rPr>
              <w:br/>
              <w:t>• Abstracts should be between 250 - 400 words, clearly stating the objective, methodology, and key findings of the study.</w:t>
            </w:r>
            <w:r>
              <w:rPr>
                <w:color w:val="323232"/>
                <w:sz w:val="18"/>
              </w:rPr>
              <w:br/>
              <w:t>• Participation Mode: Specify whether you are attending In-Person or Online.</w:t>
            </w:r>
            <w:r>
              <w:rPr>
                <w:color w:val="323232"/>
                <w:sz w:val="18"/>
              </w:rPr>
              <w:br/>
            </w:r>
            <w:r>
              <w:rPr>
                <w:i/>
                <w:color w:val="6E6E6E"/>
                <w:sz w:val="16"/>
              </w:rPr>
              <w:t>• Lütf</w:t>
            </w:r>
            <w:r>
              <w:rPr>
                <w:i/>
                <w:color w:val="6E6E6E"/>
                <w:sz w:val="16"/>
              </w:rPr>
              <w:t>en bu formu doldurarak info@capitalconference.org adresine e-posta ile iletiniz.</w:t>
            </w:r>
            <w:r>
              <w:rPr>
                <w:i/>
                <w:color w:val="6E6E6E"/>
                <w:sz w:val="16"/>
              </w:rPr>
              <w:br/>
              <w:t>• Bildiri özetleri 250 - 400 kelime arasında olmalı, çalışmanın amacını, yöntemini ve bulgularını içermelidir.</w:t>
            </w:r>
            <w:r>
              <w:rPr>
                <w:i/>
                <w:color w:val="6E6E6E"/>
                <w:sz w:val="16"/>
              </w:rPr>
              <w:br/>
              <w:t>• Katılım Türü: Yüz Yüze (In-Person) veya Online (Çevrim İçi) se</w:t>
            </w:r>
            <w:r>
              <w:rPr>
                <w:i/>
                <w:color w:val="6E6E6E"/>
                <w:sz w:val="16"/>
              </w:rPr>
              <w:t>çeneğini belirtiniz.</w:t>
            </w:r>
          </w:p>
        </w:tc>
      </w:tr>
    </w:tbl>
    <w:p w:rsidR="003F7110" w:rsidRDefault="003F711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048"/>
      </w:tblGrid>
      <w:tr w:rsidR="003F7110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b/>
                <w:color w:val="1A2B4C"/>
                <w:sz w:val="18"/>
              </w:rPr>
              <w:t>Paper Title (English):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Bildiri Başlığı (Türkçe):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color w:val="505050"/>
                <w:sz w:val="18"/>
              </w:rPr>
              <w:t>[Enter Paper Title in English Here]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[Bildiri Başlığını Buraya Yazınız]</w:t>
            </w:r>
          </w:p>
        </w:tc>
      </w:tr>
      <w:tr w:rsidR="003F7110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b/>
                <w:color w:val="1A2B4C"/>
                <w:sz w:val="18"/>
              </w:rPr>
              <w:t>Participation Mode: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Katılım Modu: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color w:val="505050"/>
                <w:sz w:val="18"/>
              </w:rPr>
              <w:t>[ ] In-Person / Yüz Yüze</w:t>
            </w:r>
            <w:r>
              <w:rPr>
                <w:rFonts w:ascii="Arial" w:hAnsi="Arial"/>
                <w:color w:val="505050"/>
                <w:sz w:val="18"/>
              </w:rPr>
              <w:br/>
              <w:t>[ ] Online / Çevrim İçi</w:t>
            </w:r>
          </w:p>
        </w:tc>
      </w:tr>
      <w:tr w:rsidR="003F7110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b/>
                <w:color w:val="1A2B4C"/>
                <w:sz w:val="18"/>
              </w:rPr>
              <w:t>Author(s) Information: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Yazar</w:t>
            </w:r>
            <w:r>
              <w:rPr>
                <w:rFonts w:ascii="Arial" w:hAnsi="Arial"/>
                <w:i/>
                <w:color w:val="6E6E6E"/>
                <w:sz w:val="16"/>
              </w:rPr>
              <w:t xml:space="preserve"> / Yazarlar Bilgisi: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color w:val="505050"/>
                <w:sz w:val="18"/>
              </w:rPr>
              <w:t>1. Author Name, Title, Institution, Email, ORCID</w:t>
            </w:r>
            <w:r>
              <w:rPr>
                <w:rFonts w:ascii="Arial" w:hAnsi="Arial"/>
                <w:color w:val="505050"/>
                <w:sz w:val="18"/>
              </w:rPr>
              <w:br/>
              <w:t>2. Author Name, Title, Institution, Email, ORCID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1. Yazar Adı Soyadı, Unvan, Kurum, E-posta, ORCID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2. Yazar Adı Soyadı, Unvan, Kurum, E-posta, ORCID</w:t>
            </w:r>
          </w:p>
        </w:tc>
      </w:tr>
      <w:tr w:rsidR="003F7110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b/>
                <w:color w:val="1A2B4C"/>
                <w:sz w:val="18"/>
              </w:rPr>
              <w:t>Corresponding Author Contact: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Soruml</w:t>
            </w:r>
            <w:r>
              <w:rPr>
                <w:rFonts w:ascii="Arial" w:hAnsi="Arial"/>
                <w:i/>
                <w:color w:val="6E6E6E"/>
                <w:sz w:val="16"/>
              </w:rPr>
              <w:t>u Yazar İletişim: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color w:val="505050"/>
                <w:sz w:val="18"/>
              </w:rPr>
              <w:t xml:space="preserve">Email:                                  </w:t>
            </w:r>
            <w:r w:rsidR="003716E9">
              <w:rPr>
                <w:rFonts w:ascii="Arial" w:hAnsi="Arial"/>
                <w:color w:val="505050"/>
                <w:sz w:val="18"/>
              </w:rPr>
              <w:t xml:space="preserve">Mobil </w:t>
            </w:r>
            <w:r>
              <w:rPr>
                <w:rFonts w:ascii="Arial" w:hAnsi="Arial"/>
                <w:color w:val="505050"/>
                <w:sz w:val="18"/>
              </w:rPr>
              <w:t>Phone: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E-</w:t>
            </w:r>
            <w:proofErr w:type="spellStart"/>
            <w:r>
              <w:rPr>
                <w:rFonts w:ascii="Arial" w:hAnsi="Arial"/>
                <w:i/>
                <w:color w:val="6E6E6E"/>
                <w:sz w:val="16"/>
              </w:rPr>
              <w:t>posta</w:t>
            </w:r>
            <w:proofErr w:type="spellEnd"/>
            <w:r>
              <w:rPr>
                <w:rFonts w:ascii="Arial" w:hAnsi="Arial"/>
                <w:i/>
                <w:color w:val="6E6E6E"/>
                <w:sz w:val="16"/>
              </w:rPr>
              <w:t xml:space="preserve">:                               </w:t>
            </w:r>
            <w:proofErr w:type="spellStart"/>
            <w:r>
              <w:rPr>
                <w:rFonts w:ascii="Arial" w:hAnsi="Arial"/>
                <w:i/>
                <w:color w:val="6E6E6E"/>
                <w:sz w:val="16"/>
              </w:rPr>
              <w:t>Telefon</w:t>
            </w:r>
            <w:proofErr w:type="spellEnd"/>
            <w:r>
              <w:rPr>
                <w:rFonts w:ascii="Arial" w:hAnsi="Arial"/>
                <w:i/>
                <w:color w:val="6E6E6E"/>
                <w:sz w:val="16"/>
              </w:rPr>
              <w:t>:</w:t>
            </w:r>
          </w:p>
        </w:tc>
      </w:tr>
      <w:tr w:rsidR="003F7110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b/>
                <w:color w:val="1A2B4C"/>
                <w:sz w:val="18"/>
              </w:rPr>
              <w:t>Main Thematic Track: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Ana Tematik Alan: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color w:val="505050"/>
                <w:sz w:val="18"/>
              </w:rPr>
              <w:t>[ ] Art, Design &amp; Visual Culture / Sanat, Tasarım ve Görsel Kültür</w:t>
            </w:r>
            <w:r>
              <w:rPr>
                <w:rFonts w:ascii="Arial" w:hAnsi="Arial"/>
                <w:color w:val="505050"/>
                <w:sz w:val="18"/>
              </w:rPr>
              <w:br/>
              <w:t>[ ] Media, Communication &amp; Public Sp</w:t>
            </w:r>
            <w:r>
              <w:rPr>
                <w:rFonts w:ascii="Arial" w:hAnsi="Arial"/>
                <w:color w:val="505050"/>
                <w:sz w:val="18"/>
              </w:rPr>
              <w:t>here / Medya, İletişim ve Kamusal Alan</w:t>
            </w:r>
            <w:r>
              <w:rPr>
                <w:rFonts w:ascii="Arial" w:hAnsi="Arial"/>
                <w:color w:val="505050"/>
                <w:sz w:val="18"/>
              </w:rPr>
              <w:br/>
              <w:t>[ ] Technology, Systems &amp; Digital Transformation / Teknoloji, Sistemler ve Dijital Dönüşüm</w:t>
            </w:r>
          </w:p>
        </w:tc>
      </w:tr>
      <w:tr w:rsidR="003F7110">
        <w:trPr>
          <w:jc w:val="center"/>
        </w:trPr>
        <w:tc>
          <w:tcPr>
            <w:tcW w:w="3312" w:type="dxa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b/>
                <w:color w:val="1A2B4C"/>
                <w:sz w:val="18"/>
              </w:rPr>
              <w:t>Keywords (3-5):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>Anahtar Kelimeler (3-5 Adet):</w:t>
            </w:r>
          </w:p>
        </w:tc>
        <w:tc>
          <w:tcPr>
            <w:tcW w:w="604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F7110" w:rsidRDefault="00DE2DAF">
            <w:r>
              <w:rPr>
                <w:rFonts w:ascii="Arial" w:hAnsi="Arial"/>
                <w:color w:val="505050"/>
                <w:sz w:val="18"/>
              </w:rPr>
              <w:t>Keyword 1, Keyword 2, Keyword 3, Keyword 4</w:t>
            </w:r>
            <w:r>
              <w:rPr>
                <w:rFonts w:ascii="Arial" w:hAnsi="Arial"/>
                <w:i/>
                <w:color w:val="6E6E6E"/>
                <w:sz w:val="16"/>
              </w:rPr>
              <w:br/>
              <w:t xml:space="preserve">Anahtar Kelime 1, Anahtar Kelime 2, </w:t>
            </w:r>
            <w:r>
              <w:rPr>
                <w:rFonts w:ascii="Arial" w:hAnsi="Arial"/>
                <w:i/>
                <w:color w:val="6E6E6E"/>
                <w:sz w:val="16"/>
              </w:rPr>
              <w:t>Anahtar Kelime 3</w:t>
            </w:r>
          </w:p>
        </w:tc>
      </w:tr>
    </w:tbl>
    <w:p w:rsidR="003F7110" w:rsidRDefault="003F7110"/>
    <w:p w:rsidR="003716E9" w:rsidRDefault="003716E9">
      <w:pPr>
        <w:rPr>
          <w:rFonts w:ascii="Arial" w:hAnsi="Arial"/>
          <w:b/>
          <w:color w:val="1A2B4C"/>
        </w:rPr>
      </w:pPr>
    </w:p>
    <w:p w:rsidR="003716E9" w:rsidRDefault="003716E9">
      <w:pPr>
        <w:rPr>
          <w:rFonts w:ascii="Arial" w:hAnsi="Arial"/>
          <w:b/>
          <w:color w:val="1A2B4C"/>
        </w:rPr>
      </w:pPr>
    </w:p>
    <w:p w:rsidR="003716E9" w:rsidRDefault="003716E9">
      <w:pPr>
        <w:rPr>
          <w:rFonts w:ascii="Arial" w:hAnsi="Arial"/>
          <w:b/>
          <w:color w:val="1A2B4C"/>
        </w:rPr>
      </w:pPr>
    </w:p>
    <w:p w:rsidR="003716E9" w:rsidRDefault="003716E9">
      <w:pPr>
        <w:rPr>
          <w:rFonts w:ascii="Arial" w:hAnsi="Arial"/>
          <w:b/>
          <w:color w:val="1A2B4C"/>
        </w:rPr>
      </w:pPr>
    </w:p>
    <w:p w:rsidR="003F7110" w:rsidRDefault="00DE2DAF">
      <w:r>
        <w:rPr>
          <w:rFonts w:ascii="Arial" w:hAnsi="Arial"/>
          <w:b/>
          <w:color w:val="1A2B4C"/>
        </w:rPr>
        <w:t>ABSTRACT / BİLDİRİ ÖZETİ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3F7110">
        <w:trPr>
          <w:jc w:val="center"/>
        </w:trPr>
        <w:tc>
          <w:tcPr>
            <w:tcW w:w="936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F7110" w:rsidRDefault="00DE2DAF">
            <w:pPr>
              <w:rPr>
                <w:rFonts w:ascii="Arial" w:hAnsi="Arial"/>
                <w:i/>
                <w:color w:val="6E6E6E"/>
                <w:sz w:val="17"/>
              </w:rPr>
            </w:pPr>
            <w:r>
              <w:rPr>
                <w:rFonts w:ascii="Arial" w:hAnsi="Arial"/>
                <w:color w:val="646464"/>
                <w:sz w:val="19"/>
              </w:rPr>
              <w:t>[Please write your abstract here in English (and/or Turkish). The abstract should outline the scope, methodology, theoretical or practical contributions, and key results of your study. Length: 250 - 400 words.]</w:t>
            </w:r>
            <w:r>
              <w:rPr>
                <w:rFonts w:ascii="Arial" w:hAnsi="Arial"/>
                <w:i/>
                <w:color w:val="6E6E6E"/>
                <w:sz w:val="17"/>
              </w:rPr>
              <w:br/>
              <w:t>[</w:t>
            </w:r>
            <w:r>
              <w:rPr>
                <w:rFonts w:ascii="Arial" w:hAnsi="Arial"/>
                <w:i/>
                <w:color w:val="6E6E6E"/>
                <w:sz w:val="17"/>
              </w:rPr>
              <w:t>Bildiri özetinizi buraya İngilizce (ve/veya Türkçe) olarak yazınız. Özet metni araştırmanın konusunu, yöntemini, teorik/pratik katkılarını ve sonuçlarını içermelidir. Uzunluk: 250 - 400 kelime.]</w:t>
            </w:r>
          </w:p>
          <w:p w:rsidR="003716E9" w:rsidRDefault="003716E9">
            <w:bookmarkStart w:id="0" w:name="_GoBack"/>
            <w:bookmarkEnd w:id="0"/>
          </w:p>
        </w:tc>
      </w:tr>
    </w:tbl>
    <w:p w:rsidR="00DE2DAF" w:rsidRDefault="00DE2DAF"/>
    <w:sectPr w:rsidR="00DE2DA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16E9"/>
    <w:rsid w:val="003F7110"/>
    <w:rsid w:val="00AA1D8D"/>
    <w:rsid w:val="00B47730"/>
    <w:rsid w:val="00CB0664"/>
    <w:rsid w:val="00DE2D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0DB9CD-96EC-4985-B6DF-A6F3FE0FE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2</cp:revision>
  <dcterms:created xsi:type="dcterms:W3CDTF">2013-12-23T23:15:00Z</dcterms:created>
  <dcterms:modified xsi:type="dcterms:W3CDTF">2026-08-07T20:00:00Z</dcterms:modified>
  <cp:category/>
</cp:coreProperties>
</file>